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072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1"/>
            <w:shd w:val="clear" w:color="auto" w:fill="EEF4FF"/>
            <w:tcMar>
              <w:top w:w="170" w:type="dxa"/>
              <w:left w:w="226" w:type="dxa"/>
              <w:bottom w:w="170" w:type="dxa"/>
              <w:right w:w="226" w:type="dxa"/>
            </w:tcMar>
          </w:tcPr>
          <w:p>
            <w:pPr>
              <w:spacing w:line="240" w:lineRule="auto" w:after="80"/>
            </w:pPr>
            <w:r>
              <w:drawing>
                <wp:inline xmlns:a="http://schemas.openxmlformats.org/drawingml/2006/main" xmlns:pic="http://schemas.openxmlformats.org/drawingml/2006/picture">
                  <wp:extent cx="1512000" cy="23989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2398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40" w:lineRule="auto" w:after="80" w:before="80"/>
            </w:pPr>
            <w:r>
              <w:rPr>
                <w:rFonts w:ascii="Times New Roman" w:hAnsi="Times New Roman"/>
                <w:b/>
                <w:color w:val="2F6FED"/>
                <w:sz w:val="21"/>
              </w:rPr>
              <w:t>Title Page template. Delete this box before submission.</w:t>
            </w:r>
          </w:p>
          <w:p>
            <w:pPr>
              <w:spacing w:line="240" w:lineRule="auto" w:after="60"/>
              <w:ind w:left="255" w:hanging="255"/>
            </w:pPr>
            <w:r>
              <w:rPr>
                <w:rFonts w:ascii="Times New Roman" w:hAnsi="Times New Roman"/>
                <w:sz w:val="19"/>
              </w:rPr>
            </w:r>
            <w:r>
              <w:rPr>
                <w:rFonts w:ascii="Times New Roman" w:hAnsi="Times New Roman"/>
                <w:b/>
                <w:color w:val="22252E"/>
                <w:sz w:val="19"/>
              </w:rPr>
              <w:t xml:space="preserve">Purpose. </w:t>
            </w:r>
            <w:r>
              <w:rPr>
                <w:rFonts w:ascii="Times New Roman" w:hAnsi="Times New Roman"/>
                <w:color w:val="22252E"/>
                <w:sz w:val="19"/>
              </w:rPr>
              <w:t>This file contains all information that identifies the authors. It is uploaded separately as “Title Page” and is never sent to reviewers.</w:t>
            </w:r>
          </w:p>
          <w:p>
            <w:pPr>
              <w:spacing w:line="240" w:lineRule="auto" w:after="60"/>
              <w:ind w:left="255" w:hanging="255"/>
            </w:pPr>
            <w:r>
              <w:rPr>
                <w:rFonts w:ascii="Times New Roman" w:hAnsi="Times New Roman"/>
                <w:sz w:val="19"/>
              </w:rPr>
            </w:r>
            <w:r>
              <w:rPr>
                <w:rFonts w:ascii="Times New Roman" w:hAnsi="Times New Roman"/>
                <w:b/>
                <w:color w:val="22252E"/>
                <w:sz w:val="19"/>
              </w:rPr>
              <w:t xml:space="preserve">Format. </w:t>
            </w:r>
            <w:r>
              <w:rPr>
                <w:rFonts w:ascii="Times New Roman" w:hAnsi="Times New Roman"/>
                <w:color w:val="22252E"/>
                <w:sz w:val="19"/>
              </w:rPr>
              <w:t>Times New Roman 12 point, double-spaced, left-aligned, 2.5 cm margins, page numbers on every page.</w:t>
            </w:r>
          </w:p>
          <w:p>
            <w:pPr>
              <w:spacing w:line="240" w:lineRule="auto" w:after="60"/>
              <w:ind w:left="255" w:hanging="255"/>
            </w:pPr>
            <w:r>
              <w:rPr>
                <w:rFonts w:ascii="Times New Roman" w:hAnsi="Times New Roman"/>
                <w:sz w:val="19"/>
              </w:rPr>
            </w:r>
            <w:r>
              <w:rPr>
                <w:rFonts w:ascii="Times New Roman" w:hAnsi="Times New Roman"/>
                <w:b/>
                <w:color w:val="22252E"/>
                <w:sz w:val="19"/>
              </w:rPr>
              <w:t xml:space="preserve">How to use. </w:t>
            </w:r>
            <w:r>
              <w:rPr>
                <w:rFonts w:ascii="Times New Roman" w:hAnsi="Times New Roman"/>
                <w:color w:val="22252E"/>
                <w:sz w:val="19"/>
              </w:rPr>
              <w:t>Replace every text in grey italics with your own information, then change it to black. Keep the headings.</w:t>
            </w:r>
          </w:p>
        </w:tc>
      </w:tr>
    </w:tbl>
    <w:p>
      <w:pPr>
        <w:spacing w:line="240" w:lineRule="auto"/>
      </w:pPr>
    </w:p>
    <w:p>
      <w:pPr>
        <w:pStyle w:val="Heading1"/>
      </w:pPr>
      <w:r>
        <w:t>Title Page</w:t>
      </w:r>
    </w:p>
    <w:p>
      <w:r>
        <w:rPr>
          <w:b/>
        </w:rPr>
        <w:t xml:space="preserve">Article type: </w:t>
      </w:r>
      <w:r>
        <w:rPr>
          <w:i/>
          <w:color w:val="6B707C"/>
        </w:rPr>
        <w:t>Original Research Article / Systematic Review and Meta-Analysis / Case Report / Short Communication / Study Protocol / Outbreak and Public Health Emergency Report</w:t>
      </w:r>
    </w:p>
    <w:p>
      <w:r>
        <w:rPr>
          <w:b/>
        </w:rPr>
        <w:t xml:space="preserve">Title: </w:t>
      </w:r>
      <w:r>
        <w:rPr>
          <w:i/>
          <w:color w:val="6B707C"/>
        </w:rPr>
        <w:t>Full title in sentence case, stating the population, exposure and outcome, without abbreviations</w:t>
      </w:r>
    </w:p>
    <w:p>
      <w:r>
        <w:rPr>
          <w:b/>
        </w:rPr>
        <w:t xml:space="preserve">Running title: </w:t>
      </w:r>
      <w:r>
        <w:rPr>
          <w:i/>
          <w:color w:val="6B707C"/>
        </w:rPr>
        <w:t>Short title of 50 characters maximum, including spaces</w:t>
      </w:r>
    </w:p>
    <w:p>
      <w:pPr>
        <w:pStyle w:val="Heading2"/>
      </w:pPr>
      <w:r>
        <w:t>Authors</w:t>
      </w:r>
    </w:p>
    <w:p>
      <w:r>
        <w:rPr>
          <w:i/>
          <w:color w:val="6B707C"/>
        </w:rPr>
        <w:t>First Name M. Surname</w:t>
      </w:r>
      <w:r>
        <w:rPr>
          <w:i/>
          <w:color w:val="6B707C"/>
          <w:vertAlign w:val="superscript"/>
        </w:rPr>
        <w:t>1*</w:t>
      </w:r>
      <w:r>
        <w:rPr>
          <w:i/>
          <w:color w:val="6B707C"/>
        </w:rPr>
        <w:t xml:space="preserve">, </w:t>
      </w:r>
      <w:r>
        <w:rPr>
          <w:i/>
          <w:color w:val="6B707C"/>
        </w:rPr>
        <w:t>First Name Surname</w:t>
      </w:r>
      <w:r>
        <w:rPr>
          <w:i/>
          <w:color w:val="6B707C"/>
          <w:vertAlign w:val="superscript"/>
        </w:rPr>
        <w:t>1,2</w:t>
      </w:r>
      <w:r>
        <w:rPr>
          <w:i/>
          <w:color w:val="6B707C"/>
        </w:rPr>
        <w:t xml:space="preserve">, </w:t>
      </w:r>
      <w:r>
        <w:rPr>
          <w:i/>
          <w:color w:val="6B707C"/>
        </w:rPr>
        <w:t>First Name Surname</w:t>
      </w:r>
      <w:r>
        <w:rPr>
          <w:i/>
          <w:color w:val="6B707C"/>
          <w:vertAlign w:val="superscript"/>
        </w:rPr>
        <w:t>3</w:t>
      </w:r>
    </w:p>
    <w:p>
      <w:pPr>
        <w:pStyle w:val="Heading2"/>
      </w:pPr>
      <w:r>
        <w:t>Affiliations</w:t>
      </w:r>
    </w:p>
    <w:p>
      <w:r>
        <w:rPr>
          <w:color w:val="6B707C"/>
          <w:vertAlign w:val="superscript"/>
        </w:rPr>
        <w:t>1</w:t>
      </w:r>
      <w:r>
        <w:rPr>
          <w:i/>
          <w:color w:val="6B707C"/>
        </w:rPr>
        <w:t>Department, Institution, City, Country</w:t>
      </w:r>
    </w:p>
    <w:p>
      <w:r>
        <w:rPr>
          <w:color w:val="6B707C"/>
          <w:vertAlign w:val="superscript"/>
        </w:rPr>
        <w:t>2</w:t>
      </w:r>
      <w:r>
        <w:rPr>
          <w:i/>
          <w:color w:val="6B707C"/>
        </w:rPr>
        <w:t>Department, Institution, City, Country</w:t>
      </w:r>
    </w:p>
    <w:p>
      <w:r>
        <w:rPr>
          <w:color w:val="6B707C"/>
          <w:vertAlign w:val="superscript"/>
        </w:rPr>
        <w:t>3</w:t>
      </w:r>
      <w:r>
        <w:rPr>
          <w:i/>
          <w:color w:val="6B707C"/>
        </w:rPr>
        <w:t>Department, Institution, City, Country</w:t>
      </w:r>
    </w:p>
    <w:p>
      <w:pPr>
        <w:pStyle w:val="Heading2"/>
      </w:pPr>
      <w:r>
        <w:t>ORCID identifiers</w:t>
      </w:r>
    </w:p>
    <w:p>
      <w:r>
        <w:rPr>
          <w:i/>
          <w:color w:val="6B707C"/>
        </w:rPr>
        <w:t>First author: 0000-0000-0000-0000</w:t>
      </w:r>
    </w:p>
    <w:p>
      <w:r>
        <w:rPr>
          <w:i/>
          <w:color w:val="6B707C"/>
        </w:rPr>
        <w:t>Second author: 0000-0000-0000-0000</w:t>
      </w:r>
    </w:p>
    <w:p>
      <w:r>
        <w:rPr>
          <w:i/>
          <w:color w:val="6B707C"/>
        </w:rPr>
        <w:t>Third author: 0000-0000-0000-0000</w:t>
      </w:r>
    </w:p>
    <w:p>
      <w:pPr>
        <w:pStyle w:val="Heading2"/>
      </w:pPr>
      <w:r>
        <w:t>*Corresponding author</w:t>
      </w:r>
    </w:p>
    <w:p>
      <w:r>
        <w:rPr>
          <w:i/>
          <w:color w:val="6B707C"/>
        </w:rPr>
        <w:t>Full name, Department, Institution, full postal address, Country. Email: name@institution.org</w:t>
      </w:r>
    </w:p>
    <w:p>
      <w:pPr>
        <w:pStyle w:val="Heading2"/>
      </w:pPr>
      <w:r>
        <w:t>Word count</w:t>
      </w:r>
    </w:p>
    <w:p>
      <w:r>
        <w:t xml:space="preserve">Abstract: </w:t>
      </w:r>
      <w:r>
        <w:rPr>
          <w:i/>
          <w:color w:val="6B707C"/>
        </w:rPr>
        <w:t>000</w:t>
      </w:r>
    </w:p>
    <w:p>
      <w:r>
        <w:t xml:space="preserve">Main text (excluding title page, abstract, references, tables, figures and supplementary material): </w:t>
      </w:r>
      <w:r>
        <w:rPr>
          <w:i/>
          <w:color w:val="6B707C"/>
        </w:rPr>
        <w:t>000</w:t>
      </w:r>
    </w:p>
    <w:p>
      <w:r>
        <w:t xml:space="preserve">Tables: </w:t>
      </w:r>
      <w:r>
        <w:rPr>
          <w:i/>
          <w:color w:val="6B707C"/>
        </w:rPr>
        <w:t>000</w:t>
      </w:r>
    </w:p>
    <w:p>
      <w:r>
        <w:t xml:space="preserve">Figures: </w:t>
      </w:r>
      <w:r>
        <w:rPr>
          <w:i/>
          <w:color w:val="6B707C"/>
        </w:rPr>
        <w:t>000</w:t>
      </w:r>
    </w:p>
    <w:p>
      <w:r>
        <w:t xml:space="preserve">References: </w:t>
      </w:r>
      <w:r>
        <w:rPr>
          <w:i/>
          <w:color w:val="6B707C"/>
        </w:rPr>
        <w:t>000</w:t>
      </w:r>
    </w:p>
    <w:p>
      <w:pPr>
        <w:pStyle w:val="Heading1"/>
      </w:pPr>
      <w:r>
        <w:t>Declarations</w:t>
      </w:r>
    </w:p>
    <w:p>
      <w:pPr>
        <w:pStyle w:val="Heading2"/>
      </w:pPr>
      <w:r>
        <w:t>Ethics approval and consent to participate</w:t>
      </w:r>
    </w:p>
    <w:p>
      <w:r>
        <w:rPr>
          <w:i/>
          <w:color w:val="6B707C"/>
        </w:rPr>
        <w:t>Name of the ethics committee, approval reference number and date, and how informed consent was obtained. If the study was exempt from ethics review, explain why.</w:t>
      </w:r>
    </w:p>
    <w:p>
      <w:pPr>
        <w:pStyle w:val="Heading2"/>
      </w:pPr>
      <w:r>
        <w:t>Consent for publication</w:t>
      </w:r>
    </w:p>
    <w:p>
      <w:r>
        <w:rPr>
          <w:i/>
          <w:color w:val="6B707C"/>
        </w:rPr>
        <w:t>Required when the manuscript includes identifiable images or details of individuals. Otherwise, state: Not applicable.</w:t>
      </w:r>
    </w:p>
    <w:p>
      <w:pPr>
        <w:pStyle w:val="Heading2"/>
      </w:pPr>
      <w:r>
        <w:t>Competing interests</w:t>
      </w:r>
    </w:p>
    <w:p>
      <w:r>
        <w:rPr>
          <w:i/>
          <w:color w:val="6B707C"/>
        </w:rPr>
        <w:t>Declare any financial or non-financial interest for each author. If none: The authors declare no competing interests.</w:t>
      </w:r>
    </w:p>
    <w:p>
      <w:pPr>
        <w:pStyle w:val="Heading2"/>
      </w:pPr>
      <w:r>
        <w:t>Funding</w:t>
      </w:r>
    </w:p>
    <w:p>
      <w:r>
        <w:rPr>
          <w:i/>
          <w:color w:val="6B707C"/>
        </w:rPr>
        <w:t>Funder, grant number and the role of the funder in the study. If none: This research received no specific grant from any funding agency in the public, commercial or not-for-profit sectors.</w:t>
      </w:r>
    </w:p>
    <w:p>
      <w:pPr>
        <w:pStyle w:val="Heading2"/>
      </w:pPr>
      <w:r>
        <w:t>Data availability statement</w:t>
      </w:r>
    </w:p>
    <w:p>
      <w:r>
        <w:rPr>
          <w:i/>
          <w:color w:val="6B707C"/>
        </w:rPr>
        <w:t>Where the data supporting the findings can be accessed (repository, accession number or DOI), or why they cannot be shared.</w:t>
      </w:r>
    </w:p>
    <w:p>
      <w:pPr>
        <w:pStyle w:val="Heading2"/>
      </w:pPr>
      <w:r>
        <w:t>Author contributions</w:t>
      </w:r>
    </w:p>
    <w:p>
      <w:r>
        <w:rPr>
          <w:i/>
          <w:color w:val="6B707C"/>
        </w:rPr>
        <w:t>Role of each author using the CRediT taxonomy, for example: AB: conceptualisation, methodology, formal analysis, writing (original draft). CD: investigation, data curation, writing (review and editing). All authors approved the final version.</w:t>
      </w:r>
    </w:p>
    <w:p>
      <w:pPr>
        <w:pStyle w:val="Heading2"/>
      </w:pPr>
      <w:r>
        <w:t>Use of generative AI tools</w:t>
      </w:r>
    </w:p>
    <w:p>
      <w:r>
        <w:rPr>
          <w:i/>
          <w:color w:val="6B707C"/>
        </w:rPr>
        <w:t>Name any tool used and for what purpose, or state: No generative AI tool was used in the preparation of this manuscript.</w:t>
      </w:r>
    </w:p>
    <w:p>
      <w:pPr>
        <w:pStyle w:val="Heading2"/>
      </w:pPr>
      <w:r>
        <w:t>Acknowledgements</w:t>
      </w:r>
    </w:p>
    <w:p>
      <w:r>
        <w:rPr>
          <w:i/>
          <w:color w:val="6B707C"/>
        </w:rPr>
        <w:t>Contributors who do not meet the authorship criteria, with their agreement.</w:t>
      </w:r>
    </w:p>
    <w:p>
      <w:pPr>
        <w:pStyle w:val="Heading2"/>
      </w:pPr>
      <w:r>
        <w:t>Registration</w:t>
      </w:r>
    </w:p>
    <w:p>
      <w:r>
        <w:rPr>
          <w:i/>
          <w:color w:val="6B707C"/>
        </w:rPr>
        <w:t>Trial or review registration number (for example ClinicalTrials.gov, PACTR or PROSPERO), where applicable.</w:t>
      </w:r>
    </w:p>
    <w:p>
      <w:pPr>
        <w:pStyle w:val="Heading2"/>
      </w:pPr>
      <w:r>
        <w:t>Preprint</w:t>
      </w:r>
    </w:p>
    <w:p>
      <w:r>
        <w:rPr>
          <w:i/>
          <w:color w:val="6B707C"/>
        </w:rPr>
        <w:t>Server and DOI of any preprint of this manuscript, where applicable.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0"/>
      </w:rPr>
      <w:t xml:space="preserve">Page </w:t>
    </w:r>
    <w:r>
      <w:rPr>
        <w:rFonts w:ascii="Times New Roman" w:hAnsi="Times New Roman"/>
        <w:b w:val="0"/>
        <w:sz w:val="20"/>
      </w:rPr>
      <w:fldChar w:fldCharType="begin"/>
    </w:r>
    <w:r>
      <w:rPr>
        <w:rFonts w:ascii="Times New Roman" w:hAnsi="Times New Roman"/>
        <w:b w:val="0"/>
        <w:sz w:val="20"/>
      </w:rPr>
      <w:instrText xml:space="preserve"> PAGE </w:instrText>
    </w:r>
    <w:r>
      <w:rPr>
        <w:rFonts w:ascii="Times New Roman" w:hAnsi="Times New Roman"/>
        <w:b w:val="0"/>
        <w:sz w:val="20"/>
      </w:rPr>
      <w:fldChar w:fldCharType="separate"/>
    </w:r>
    <w:r>
      <w:rPr>
        <w:rFonts w:ascii="Times New Roman" w:hAnsi="Times New Roman"/>
        <w:b w:val="0"/>
        <w:sz w:val="20"/>
      </w:rPr>
      <w:t>1</w:t>
    </w:r>
    <w:r>
      <w:rPr>
        <w:rFonts w:ascii="Times New Roman" w:hAnsi="Times New Roman"/>
        <w:b w:val="0"/>
        <w:sz w:val="20"/>
      </w:rPr>
      <w:fldChar w:fldCharType="end"/>
    </w:r>
    <w:r>
      <w:rPr>
        <w:rFonts w:ascii="Times New Roman" w:hAnsi="Times New Roman"/>
        <w:sz w:val="20"/>
      </w:rPr>
      <w:t xml:space="preserve"> of </w:t>
    </w:r>
    <w:r>
      <w:rPr>
        <w:rFonts w:ascii="Times New Roman" w:hAnsi="Times New Roman"/>
        <w:b w:val="0"/>
        <w:sz w:val="20"/>
      </w:rPr>
      <w:fldChar w:fldCharType="begin"/>
    </w:r>
    <w:r>
      <w:rPr>
        <w:rFonts w:ascii="Times New Roman" w:hAnsi="Times New Roman"/>
        <w:b w:val="0"/>
        <w:sz w:val="20"/>
      </w:rPr>
      <w:instrText xml:space="preserve"> NUMPAGES </w:instrText>
    </w:r>
    <w:r>
      <w:rPr>
        <w:rFonts w:ascii="Times New Roman" w:hAnsi="Times New Roman"/>
        <w:b w:val="0"/>
        <w:sz w:val="20"/>
      </w:rPr>
      <w:fldChar w:fldCharType="separate"/>
    </w:r>
    <w:r>
      <w:rPr>
        <w:rFonts w:ascii="Times New Roman" w:hAnsi="Times New Roman"/>
        <w:b w:val="0"/>
        <w:sz w:val="20"/>
      </w:rPr>
      <w:t>1</w:t>
    </w:r>
    <w:r>
      <w:rPr>
        <w:rFonts w:ascii="Times New Roman" w:hAnsi="Times New Roman"/>
        <w:b w:val="0"/>
        <w:sz w:val="20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right" w:pos="9072"/>
      </w:tabs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opulace-fav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imes New Roman" w:hAnsi="Times New Roman"/>
        <w:color w:val="5E6370"/>
        <w:sz w:val="18"/>
      </w:rPr>
      <w:t xml:space="preserve">  Populace Journal of Public Health and Epidemiology</w:t>
    </w:r>
    <w:r>
      <w:rPr>
        <w:rFonts w:ascii="Times New Roman" w:hAnsi="Times New Roman"/>
        <w:color w:val="5E6370"/>
        <w:sz w:val="18"/>
      </w:rPr>
      <w:tab/>
      <w:t>Title Page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 w:before="0"/>
      <w:jc w:val="left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 w:line="480" w:lineRule="auto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 w:line="480" w:lineRule="auto"/>
      <w:outlineLvl w:val="1"/>
    </w:pPr>
    <w:rPr>
      <w:rFonts w:ascii="Times New Roman" w:hAnsi="Times New Roman" w:cs="Times New Roman" w:eastAsia="Times New Roman"/>
      <w:b/>
      <w:bCs/>
      <w:i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0" w:line="480" w:lineRule="auto"/>
      <w:outlineLvl w:val="2"/>
    </w:pPr>
    <w:rPr>
      <w:rFonts w:ascii="Times New Roman" w:hAnsi="Times New Roman" w:cs="Times New Roman" w:eastAsia="Times New Roman"/>
      <w:b w:val="0"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2726</Characters>
  <Application>Microsoft Macintosh Word</Application>
  <DocSecurity>0</DocSecurity>
  <Lines>74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Populace Publishing Ltd</Company>
  <LinksUpToDate>false</LinksUpToDate>
  <CharactersWithSpaces>3201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</dc:title>
  <dc:subject>Title page template</dc:subject>
  <dc:creator>Populace Journal of Public Health and Epidemiology</dc:creator>
  <cp:keywords>Populace, title page, template</cp:keywords>
  <dc:description/>
  <cp:lastModifiedBy>Populace</cp:lastModifiedBy>
  <cp:revision>2</cp:revision>
  <dcterms:created xsi:type="dcterms:W3CDTF">2026-10-16T08:00:00Z</dcterms:created>
  <dcterms:modified xsi:type="dcterms:W3CDTF">2026-10-28T23:15:00Z</dcterms:modified>
  <cp:category/>
  <dc:language>en-GB</dc:language>
</cp:coreProperties>
</file>